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项目月度事项登记表</w:t>
      </w:r>
    </w:p>
    <w:p>
      <w:pPr>
        <w:spacing w:after="240"/>
      </w:pPr>
      <w:r>
        <w:t>教学模拟练习  用于核对月度事项与批量填写</w:t>
      </w:r>
    </w:p>
    <w:p>
      <w:r>
        <w:t>按原始事项记录填写本表，保留项目、期间和事项状态。资料尚未明确的负责人及完成时限填写待明确。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7937"/>
      </w:tblGrid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事项编号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[[事项编号]]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项目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[[项目]]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期间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[[期间]]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条线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[[条线]]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事项名称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[[事项名称]]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负责人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[[负责人]]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完成时限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[[完成时限]]</w:t>
            </w:r>
          </w:p>
        </w:tc>
      </w:tr>
      <w:tr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AF0F3"/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状态</w:t>
            </w:r>
          </w:p>
        </w:tc>
        <w:tc>
          <w:tcPr>
            <w:tcW w:type="dxa" w:w="793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Arial Unicode MS" w:hAnsi="Arial Unicode MS" w:eastAsia="Arial Unicode MS"/>
                <w:color w:val="000000"/>
                <w:sz w:val="20"/>
              </w:rPr>
              <w:t>[[状态]]</w:t>
            </w:r>
          </w:p>
        </w:tc>
      </w:tr>
    </w:tbl>
    <w:p>
      <w:pPr>
        <w:pStyle w:val="Heading2"/>
        <w:spacing w:before="240" w:after="100"/>
      </w:pPr>
      <w:r>
        <w:t>本月情况</w:t>
      </w:r>
    </w:p>
    <w:p>
      <w:r>
        <w:t>[[本月情况]]</w:t>
      </w:r>
    </w:p>
    <w:p>
      <w:pPr>
        <w:pStyle w:val="Heading2"/>
        <w:spacing w:before="240" w:after="100"/>
      </w:pPr>
      <w:r>
        <w:t>下步安排</w:t>
      </w:r>
    </w:p>
    <w:p>
      <w:r>
        <w:t>[[下步安排]]</w:t>
      </w:r>
    </w:p>
    <w:p>
      <w:pPr>
        <w:pStyle w:val="Heading2"/>
        <w:spacing w:before="240" w:after="100"/>
      </w:pPr>
      <w:r>
        <w:t>来源</w:t>
      </w:r>
    </w:p>
    <w:p>
      <w:r>
        <w:t>[[来源]]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93" w:lineRule="auto"/>
    </w:pPr>
    <w:rPr>
      <w:rFonts w:ascii="Arial Unicode MS" w:hAnsi="Arial Unicode MS" w:eastAsia="Arial Unicode M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 Unicode MS" w:hAnsi="Arial Unicode MS" w:eastAsia="Arial Unicode M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 Unicode MS" w:hAnsi="Arial Unicode MS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="Arial Unicode MS" w:hAnsi="Arial Unicode MS" w:eastAsia="Arial Unicode MS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项目月度事项登记表</dc:title>
  <dc:subject>虚构项目的Word模板批量填写练习</dc:subject>
  <dc:creator>教学材料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